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4C615" w14:textId="77777777" w:rsidR="00B55A6E" w:rsidRDefault="00000000">
      <w:pPr>
        <w:pStyle w:val="Title"/>
      </w:pPr>
      <w:r>
        <w:t>Gracie Coates</w:t>
      </w:r>
    </w:p>
    <w:p w14:paraId="64D00705" w14:textId="77777777" w:rsidR="00B55A6E" w:rsidRDefault="00000000">
      <w:r>
        <w:t>100 Kingshill Road</w:t>
      </w:r>
      <w:r>
        <w:br/>
        <w:t>Knowle, Bristol, BS4 2SN</w:t>
      </w:r>
    </w:p>
    <w:p w14:paraId="1BAA313F" w14:textId="77777777" w:rsidR="00B55A6E" w:rsidRDefault="00000000">
      <w:r>
        <w:t>📧 graciecoates05@icloud.com | 📞 07714 794355</w:t>
      </w:r>
    </w:p>
    <w:p w14:paraId="6B2FFCF9" w14:textId="77777777" w:rsidR="00B55A6E" w:rsidRDefault="00000000">
      <w:r>
        <w:t>DOB: 04/04/2005 | British Citizen</w:t>
      </w:r>
    </w:p>
    <w:p w14:paraId="2B08DA6A" w14:textId="77777777" w:rsidR="00B55A6E" w:rsidRDefault="00000000">
      <w:pPr>
        <w:pStyle w:val="Heading1"/>
      </w:pPr>
      <w:r>
        <w:t>Personal Profile</w:t>
      </w:r>
    </w:p>
    <w:p w14:paraId="0DAFD506" w14:textId="77777777" w:rsidR="00B55A6E" w:rsidRDefault="00000000">
      <w:r>
        <w:t>A dedicated and compassionate individual with a Level 3 Diploma in Health and Social Care and over 200 hours of hands-on work experience in care settings. Proven background in customer service and teamwork, with recent experience in dental nursing. Passionate about animal welfare and actively seeking to transition into a fulfilling role in animal care. Known for being reliable, enthusiastic, and always willing to learn.</w:t>
      </w:r>
    </w:p>
    <w:p w14:paraId="2D8C09B8" w14:textId="77777777" w:rsidR="00B55A6E" w:rsidRDefault="00000000">
      <w:pPr>
        <w:pStyle w:val="Heading1"/>
      </w:pPr>
      <w:r>
        <w:t>Key Skills and Attributes</w:t>
      </w:r>
    </w:p>
    <w:p w14:paraId="705D96B5" w14:textId="1BF13AD0" w:rsidR="00B55A6E" w:rsidRDefault="00000000" w:rsidP="00F82090">
      <w:pPr>
        <w:pStyle w:val="ListBullet"/>
        <w:numPr>
          <w:ilvl w:val="0"/>
          <w:numId w:val="10"/>
        </w:numPr>
      </w:pPr>
      <w:r>
        <w:t>Excellent communication and interpersonal skills</w:t>
      </w:r>
    </w:p>
    <w:p w14:paraId="516B86CD" w14:textId="52ABA823" w:rsidR="00B55A6E" w:rsidRDefault="00000000" w:rsidP="00F82090">
      <w:pPr>
        <w:pStyle w:val="ListBullet"/>
        <w:numPr>
          <w:ilvl w:val="0"/>
          <w:numId w:val="10"/>
        </w:numPr>
      </w:pPr>
      <w:r>
        <w:t>Team-oriented and cooperative</w:t>
      </w:r>
    </w:p>
    <w:p w14:paraId="251F59CA" w14:textId="2FD41E41" w:rsidR="00B55A6E" w:rsidRDefault="00000000" w:rsidP="00F82090">
      <w:pPr>
        <w:pStyle w:val="ListBullet"/>
        <w:numPr>
          <w:ilvl w:val="0"/>
          <w:numId w:val="10"/>
        </w:numPr>
      </w:pPr>
      <w:r>
        <w:t>Hardworking, enthusiastic, and dependable</w:t>
      </w:r>
    </w:p>
    <w:p w14:paraId="3EC462C4" w14:textId="50D579BA" w:rsidR="00B55A6E" w:rsidRDefault="00000000" w:rsidP="00F82090">
      <w:pPr>
        <w:pStyle w:val="ListBullet"/>
        <w:numPr>
          <w:ilvl w:val="0"/>
          <w:numId w:val="10"/>
        </w:numPr>
      </w:pPr>
      <w:r>
        <w:t>Strong work ethic and attention to detail</w:t>
      </w:r>
    </w:p>
    <w:p w14:paraId="0F0DBE84" w14:textId="28ABABB7" w:rsidR="00B55A6E" w:rsidRDefault="00000000" w:rsidP="00F82090">
      <w:pPr>
        <w:pStyle w:val="ListBullet"/>
        <w:numPr>
          <w:ilvl w:val="0"/>
          <w:numId w:val="10"/>
        </w:numPr>
      </w:pPr>
      <w:r>
        <w:t>Passionate about caring for others, including animals</w:t>
      </w:r>
    </w:p>
    <w:p w14:paraId="1D52821B" w14:textId="77777777" w:rsidR="00B55A6E" w:rsidRDefault="00000000">
      <w:pPr>
        <w:pStyle w:val="Heading1"/>
      </w:pPr>
      <w:r>
        <w:t>Education</w:t>
      </w:r>
    </w:p>
    <w:p w14:paraId="01560979" w14:textId="77777777" w:rsidR="00B55A6E" w:rsidRDefault="00000000">
      <w:r>
        <w:rPr>
          <w:b/>
        </w:rPr>
        <w:t>City of Bristol College</w:t>
      </w:r>
    </w:p>
    <w:p w14:paraId="5CB61B41" w14:textId="77777777" w:rsidR="00B55A6E" w:rsidRDefault="00000000">
      <w:r>
        <w:t>2021 – 2023</w:t>
      </w:r>
    </w:p>
    <w:p w14:paraId="51408493" w14:textId="77777777" w:rsidR="00B55A6E" w:rsidRDefault="00000000">
      <w:r>
        <w:t>• BTEC Level 3 National Foundation Diploma in Health and Social Care – Pass</w:t>
      </w:r>
    </w:p>
    <w:p w14:paraId="332AD94A" w14:textId="77777777" w:rsidR="00B55A6E" w:rsidRDefault="00000000">
      <w:r>
        <w:t>• BTEC Level 3 National Extended Diploma in Health and Social Care – Merit Pass Pass</w:t>
      </w:r>
    </w:p>
    <w:p w14:paraId="0DDEB637" w14:textId="77777777" w:rsidR="00B55A6E" w:rsidRDefault="00000000">
      <w:r>
        <w:rPr>
          <w:b/>
        </w:rPr>
        <w:t>Chew Valley School</w:t>
      </w:r>
    </w:p>
    <w:p w14:paraId="340116A6" w14:textId="77777777" w:rsidR="00B55A6E" w:rsidRDefault="00000000">
      <w:r>
        <w:t>2016 – 2021</w:t>
      </w:r>
    </w:p>
    <w:p w14:paraId="28CEC0C3" w14:textId="77777777" w:rsidR="00B55A6E" w:rsidRDefault="00000000">
      <w:r>
        <w:t>GCSEs:</w:t>
      </w:r>
    </w:p>
    <w:p w14:paraId="1EC5C63E" w14:textId="79E29356" w:rsidR="00B55A6E" w:rsidRDefault="00000000" w:rsidP="00F82090">
      <w:pPr>
        <w:pStyle w:val="ListBullet"/>
        <w:numPr>
          <w:ilvl w:val="0"/>
          <w:numId w:val="11"/>
        </w:numPr>
      </w:pPr>
      <w:r>
        <w:t>Geography – Grade 5</w:t>
      </w:r>
    </w:p>
    <w:p w14:paraId="2453045A" w14:textId="0973CF7C" w:rsidR="00B55A6E" w:rsidRDefault="00000000" w:rsidP="00F82090">
      <w:pPr>
        <w:pStyle w:val="ListBullet"/>
        <w:numPr>
          <w:ilvl w:val="0"/>
          <w:numId w:val="11"/>
        </w:numPr>
      </w:pPr>
      <w:r>
        <w:t>Combined Science, English Language, English Literature, History – Grade 4</w:t>
      </w:r>
    </w:p>
    <w:p w14:paraId="1FDAC3A5" w14:textId="4AF85A51" w:rsidR="00B55A6E" w:rsidRDefault="00000000" w:rsidP="00F82090">
      <w:pPr>
        <w:pStyle w:val="ListBullet"/>
        <w:numPr>
          <w:ilvl w:val="0"/>
          <w:numId w:val="11"/>
        </w:numPr>
      </w:pPr>
      <w:r>
        <w:t>Mathematics – Grade 3</w:t>
      </w:r>
    </w:p>
    <w:p w14:paraId="26904757" w14:textId="701FBA8B" w:rsidR="00B55A6E" w:rsidRDefault="00000000" w:rsidP="00F82090">
      <w:pPr>
        <w:pStyle w:val="ListBullet"/>
        <w:numPr>
          <w:ilvl w:val="0"/>
          <w:numId w:val="11"/>
        </w:numPr>
      </w:pPr>
      <w:r>
        <w:lastRenderedPageBreak/>
        <w:t>Enterprise &amp; Marketing, Sport Studies – Merit Level 2</w:t>
      </w:r>
    </w:p>
    <w:p w14:paraId="080DA981" w14:textId="77777777" w:rsidR="00B55A6E" w:rsidRDefault="00000000">
      <w:pPr>
        <w:pStyle w:val="Heading1"/>
      </w:pPr>
      <w:r>
        <w:t>Work Experience</w:t>
      </w:r>
    </w:p>
    <w:p w14:paraId="0F2C65A0" w14:textId="77777777" w:rsidR="00B55A6E" w:rsidRDefault="00000000">
      <w:r>
        <w:rPr>
          <w:b/>
        </w:rPr>
        <w:t>Dental Nurse Trainee</w:t>
      </w:r>
    </w:p>
    <w:p w14:paraId="35436199" w14:textId="1207771C" w:rsidR="00B55A6E" w:rsidRDefault="00F82090">
      <w:r>
        <w:t xml:space="preserve">Nordea </w:t>
      </w:r>
      <w:r w:rsidR="00000000">
        <w:t>Private</w:t>
      </w:r>
      <w:r>
        <w:t xml:space="preserve">/NHS </w:t>
      </w:r>
      <w:r w:rsidR="00000000">
        <w:t xml:space="preserve">Dental Practice, </w:t>
      </w:r>
      <w:r>
        <w:t xml:space="preserve">Clifton, </w:t>
      </w:r>
      <w:r w:rsidR="00000000">
        <w:t>Bristol</w:t>
      </w:r>
    </w:p>
    <w:p w14:paraId="75040671" w14:textId="77777777" w:rsidR="00B55A6E" w:rsidRDefault="00000000">
      <w:r>
        <w:t>May 8, 2025 – Present</w:t>
      </w:r>
    </w:p>
    <w:p w14:paraId="3678116A" w14:textId="14BF8D3B" w:rsidR="00B55A6E" w:rsidRDefault="00000000" w:rsidP="00F82090">
      <w:pPr>
        <w:pStyle w:val="ListBullet"/>
        <w:numPr>
          <w:ilvl w:val="0"/>
          <w:numId w:val="12"/>
        </w:numPr>
      </w:pPr>
      <w:r>
        <w:t>Supporting dentists in clinical procedures including hygiene treatments and check-ups</w:t>
      </w:r>
    </w:p>
    <w:p w14:paraId="3740ECCB" w14:textId="1075CB5C" w:rsidR="00B55A6E" w:rsidRDefault="00000000" w:rsidP="00F82090">
      <w:pPr>
        <w:pStyle w:val="ListBullet"/>
        <w:numPr>
          <w:ilvl w:val="0"/>
          <w:numId w:val="12"/>
        </w:numPr>
      </w:pPr>
      <w:r>
        <w:t>Ensuring the highest standard of infection control and patient comfort</w:t>
      </w:r>
    </w:p>
    <w:p w14:paraId="50C9070E" w14:textId="3963E5CE" w:rsidR="00B55A6E" w:rsidRDefault="00000000" w:rsidP="00F82090">
      <w:pPr>
        <w:pStyle w:val="ListBullet"/>
        <w:numPr>
          <w:ilvl w:val="0"/>
          <w:numId w:val="12"/>
        </w:numPr>
      </w:pPr>
      <w:r>
        <w:t>Maintaining accurate patient records and sterilising instruments</w:t>
      </w:r>
    </w:p>
    <w:p w14:paraId="4B207FB9" w14:textId="236231CE" w:rsidR="00B55A6E" w:rsidRDefault="00000000" w:rsidP="00F82090">
      <w:pPr>
        <w:pStyle w:val="ListBullet"/>
        <w:numPr>
          <w:ilvl w:val="0"/>
          <w:numId w:val="12"/>
        </w:numPr>
      </w:pPr>
      <w:r>
        <w:t>Gaining first-hand experience in clinical care and professional healthcare environments</w:t>
      </w:r>
    </w:p>
    <w:p w14:paraId="38D0BBAB" w14:textId="77777777" w:rsidR="00B55A6E" w:rsidRDefault="00000000">
      <w:r>
        <w:rPr>
          <w:b/>
        </w:rPr>
        <w:t>Catering Assistant</w:t>
      </w:r>
    </w:p>
    <w:p w14:paraId="3ABC5255" w14:textId="77777777" w:rsidR="00B55A6E" w:rsidRDefault="00000000">
      <w:r>
        <w:t>Knowle Golf Club, Bristol</w:t>
      </w:r>
    </w:p>
    <w:p w14:paraId="65AF5E18" w14:textId="77777777" w:rsidR="00B55A6E" w:rsidRDefault="00000000">
      <w:r>
        <w:t>May 2021 – Present (Part-time)</w:t>
      </w:r>
    </w:p>
    <w:p w14:paraId="13B9A90C" w14:textId="13F9B552" w:rsidR="00B55A6E" w:rsidRDefault="00000000" w:rsidP="00F82090">
      <w:pPr>
        <w:pStyle w:val="ListBullet"/>
        <w:numPr>
          <w:ilvl w:val="0"/>
          <w:numId w:val="13"/>
        </w:numPr>
      </w:pPr>
      <w:r>
        <w:t>Delivered high-quality customer service in both catering and bar operations</w:t>
      </w:r>
    </w:p>
    <w:p w14:paraId="5496DB2B" w14:textId="3CBC9023" w:rsidR="00B55A6E" w:rsidRDefault="00000000" w:rsidP="00F82090">
      <w:pPr>
        <w:pStyle w:val="ListBullet"/>
        <w:numPr>
          <w:ilvl w:val="0"/>
          <w:numId w:val="13"/>
        </w:numPr>
      </w:pPr>
      <w:r>
        <w:t>Developed communication and time management skills in a busy hospitality environment</w:t>
      </w:r>
    </w:p>
    <w:p w14:paraId="3A62E819" w14:textId="77777777" w:rsidR="00B55A6E" w:rsidRDefault="00000000">
      <w:r>
        <w:rPr>
          <w:b/>
        </w:rPr>
        <w:t>Health and Social Care Placement</w:t>
      </w:r>
    </w:p>
    <w:p w14:paraId="7F6EDB00" w14:textId="77777777" w:rsidR="00B55A6E" w:rsidRDefault="00000000">
      <w:r>
        <w:t>Hengrove Lodge &amp; Knowle DGE School</w:t>
      </w:r>
    </w:p>
    <w:p w14:paraId="5AD4799F" w14:textId="77777777" w:rsidR="00B55A6E" w:rsidRDefault="00000000">
      <w:r>
        <w:t>2021 – 2023 (200 hours)</w:t>
      </w:r>
    </w:p>
    <w:p w14:paraId="244AB4E3" w14:textId="0A5DD375" w:rsidR="00B55A6E" w:rsidRDefault="00000000" w:rsidP="00F82090">
      <w:pPr>
        <w:pStyle w:val="ListBullet"/>
        <w:numPr>
          <w:ilvl w:val="0"/>
          <w:numId w:val="14"/>
        </w:numPr>
      </w:pPr>
      <w:r>
        <w:t>Worked with individuals with dementia and special educational needs</w:t>
      </w:r>
    </w:p>
    <w:p w14:paraId="610A200F" w14:textId="46D78F10" w:rsidR="00B55A6E" w:rsidRDefault="00000000" w:rsidP="00F82090">
      <w:pPr>
        <w:pStyle w:val="ListBullet"/>
        <w:numPr>
          <w:ilvl w:val="0"/>
          <w:numId w:val="14"/>
        </w:numPr>
      </w:pPr>
      <w:r>
        <w:t>Gained experience in empathy, patience, and safeguarding practices</w:t>
      </w:r>
    </w:p>
    <w:p w14:paraId="5C7CD71C" w14:textId="77777777" w:rsidR="00B55A6E" w:rsidRDefault="00000000">
      <w:pPr>
        <w:pStyle w:val="Heading1"/>
      </w:pPr>
      <w:r>
        <w:t>Interests and Hobbies</w:t>
      </w:r>
    </w:p>
    <w:p w14:paraId="3C552A15" w14:textId="257E1092" w:rsidR="00B55A6E" w:rsidRDefault="00000000" w:rsidP="00F82090">
      <w:pPr>
        <w:pStyle w:val="ListBullet"/>
        <w:numPr>
          <w:ilvl w:val="0"/>
          <w:numId w:val="15"/>
        </w:numPr>
      </w:pPr>
      <w:r>
        <w:t xml:space="preserve">Animal Care: Strong interest in animal welfare, </w:t>
      </w:r>
      <w:r w:rsidR="00F82090">
        <w:t>volunteering</w:t>
      </w:r>
      <w:r>
        <w:t xml:space="preserve"> at animal shelters and caring for family pets. Passionate about the well-being and ethical treatment of animals and actively looking to build a career in animal care.</w:t>
      </w:r>
    </w:p>
    <w:p w14:paraId="2A3C4A76" w14:textId="6F224B46" w:rsidR="00B55A6E" w:rsidRDefault="00000000" w:rsidP="00F82090">
      <w:pPr>
        <w:pStyle w:val="ListBullet"/>
        <w:numPr>
          <w:ilvl w:val="0"/>
          <w:numId w:val="15"/>
        </w:numPr>
      </w:pPr>
      <w:r>
        <w:t>Dancing: Member of Angels Dance Academy for 12 years, developing discipline and confidence through performance and competitions.</w:t>
      </w:r>
    </w:p>
    <w:p w14:paraId="66015ABF" w14:textId="74EC8299" w:rsidR="00B55A6E" w:rsidRDefault="00000000" w:rsidP="00F82090">
      <w:pPr>
        <w:pStyle w:val="ListBullet"/>
        <w:numPr>
          <w:ilvl w:val="0"/>
          <w:numId w:val="15"/>
        </w:numPr>
      </w:pPr>
      <w:r>
        <w:t>Kickboxing: Competed for 8 years, enhancing physical fitness and self-discipline.</w:t>
      </w:r>
    </w:p>
    <w:p w14:paraId="5D032EF9" w14:textId="349935C4" w:rsidR="00B55A6E" w:rsidRDefault="00000000" w:rsidP="00F82090">
      <w:pPr>
        <w:pStyle w:val="ListBullet"/>
        <w:numPr>
          <w:ilvl w:val="0"/>
          <w:numId w:val="15"/>
        </w:numPr>
      </w:pPr>
      <w:r>
        <w:t>Swimming &amp; Pilates: Weekly sessions to maintain physical health and relaxation.</w:t>
      </w:r>
    </w:p>
    <w:p w14:paraId="5E2DDB46" w14:textId="2D4497D7" w:rsidR="00B55A6E" w:rsidRDefault="00000000" w:rsidP="00F82090">
      <w:pPr>
        <w:pStyle w:val="ListBullet"/>
        <w:numPr>
          <w:ilvl w:val="0"/>
          <w:numId w:val="15"/>
        </w:numPr>
      </w:pPr>
      <w:r>
        <w:t>Cooking: Enjoy experimenting with recipes and preparing healthy meals.</w:t>
      </w:r>
    </w:p>
    <w:p w14:paraId="2041FDF3" w14:textId="77777777" w:rsidR="00B55A6E" w:rsidRDefault="00000000">
      <w:pPr>
        <w:pStyle w:val="Heading1"/>
      </w:pPr>
      <w:r>
        <w:lastRenderedPageBreak/>
        <w:t>References</w:t>
      </w:r>
    </w:p>
    <w:p w14:paraId="1EB80DE0" w14:textId="77777777" w:rsidR="00B55A6E" w:rsidRDefault="00000000">
      <w:r>
        <w:t>Available upon request.</w:t>
      </w:r>
    </w:p>
    <w:sectPr w:rsidR="00B55A6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91A2105"/>
    <w:multiLevelType w:val="hybridMultilevel"/>
    <w:tmpl w:val="0AACCE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6F1A4D"/>
    <w:multiLevelType w:val="hybridMultilevel"/>
    <w:tmpl w:val="65A49D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127376"/>
    <w:multiLevelType w:val="hybridMultilevel"/>
    <w:tmpl w:val="89AABA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AF5D72"/>
    <w:multiLevelType w:val="hybridMultilevel"/>
    <w:tmpl w:val="4E1AB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BB3398"/>
    <w:multiLevelType w:val="hybridMultilevel"/>
    <w:tmpl w:val="FC6C5D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873264"/>
    <w:multiLevelType w:val="hybridMultilevel"/>
    <w:tmpl w:val="D8748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434602">
    <w:abstractNumId w:val="8"/>
  </w:num>
  <w:num w:numId="2" w16cid:durableId="1928878990">
    <w:abstractNumId w:val="6"/>
  </w:num>
  <w:num w:numId="3" w16cid:durableId="1626545470">
    <w:abstractNumId w:val="5"/>
  </w:num>
  <w:num w:numId="4" w16cid:durableId="944268072">
    <w:abstractNumId w:val="4"/>
  </w:num>
  <w:num w:numId="5" w16cid:durableId="1633363526">
    <w:abstractNumId w:val="7"/>
  </w:num>
  <w:num w:numId="6" w16cid:durableId="861437649">
    <w:abstractNumId w:val="3"/>
  </w:num>
  <w:num w:numId="7" w16cid:durableId="554270206">
    <w:abstractNumId w:val="2"/>
  </w:num>
  <w:num w:numId="8" w16cid:durableId="175270547">
    <w:abstractNumId w:val="1"/>
  </w:num>
  <w:num w:numId="9" w16cid:durableId="1349911726">
    <w:abstractNumId w:val="0"/>
  </w:num>
  <w:num w:numId="10" w16cid:durableId="585573232">
    <w:abstractNumId w:val="11"/>
  </w:num>
  <w:num w:numId="11" w16cid:durableId="936211979">
    <w:abstractNumId w:val="12"/>
  </w:num>
  <w:num w:numId="12" w16cid:durableId="265500080">
    <w:abstractNumId w:val="14"/>
  </w:num>
  <w:num w:numId="13" w16cid:durableId="1980837295">
    <w:abstractNumId w:val="13"/>
  </w:num>
  <w:num w:numId="14" w16cid:durableId="2018652824">
    <w:abstractNumId w:val="10"/>
  </w:num>
  <w:num w:numId="15" w16cid:durableId="17259848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8730E5"/>
    <w:rsid w:val="00AA1D8D"/>
    <w:rsid w:val="00B47730"/>
    <w:rsid w:val="00B55A6E"/>
    <w:rsid w:val="00CB0664"/>
    <w:rsid w:val="00F8209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996553"/>
  <w14:defaultImageDpi w14:val="300"/>
  <w15:docId w15:val="{C5346262-68BC-4077-9604-FAAC22EC2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383</Words>
  <Characters>2388</Characters>
  <Application>Microsoft Office Word</Application>
  <DocSecurity>0</DocSecurity>
  <Lines>62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Josh Hares</cp:lastModifiedBy>
  <cp:revision>2</cp:revision>
  <dcterms:created xsi:type="dcterms:W3CDTF">2013-12-23T23:15:00Z</dcterms:created>
  <dcterms:modified xsi:type="dcterms:W3CDTF">2025-07-14T19:11:00Z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bf1ab9bb-615c-45fd-8f7f-4f3d7b9bd3e4</vt:lpwstr>
  </property>
</Properties>
</file>